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מהחלום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וחזונו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הקמת התנועה הציונית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ציר זמן ומושגי יסוד בנושא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עיתונאות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להקים מדינה 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משפט דרייפוס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בבודפשט,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פעל להקמת תנועה וארגונים לשם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התאריך ההיסטורי המוכר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הפך למנהיג ציבורי ופעיל למען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הכוונה לספר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(תנועה שרצתה להקים 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(ספר שהציג את רעיון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(עיר שבה התקיים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(ספר שתיאר את עתיד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(תמונה של עתיד שרוצים להגשים)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סיפור חייו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 וגדל כילד סקרן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עבד כעיתונאי ונחשף לבעיות שעמן התמודדו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ארגן את הקונגרס הציוני הראשון בבאזל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הרעיון הציוני המשיך להתפתח גם לאחר מותו של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לא רק חלם על מדינה יהודית, אלא גם פעל בפועל - כתב ספרים, ארגן כנסים והקים תנועה שהובילה בהמשך להקמת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שחלום לבדו אינו מספיק, וצריך לפעול ולהתמיד כדי להגשים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 היה מנהיג שחלם על מדינה יהודית ופעל להגשים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בעיר באזל שבשווייץ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משמעות המילה 'חזון'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התרגול למשחק ציר הזמן או למשחק הזיכרון באתר להעמקת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הכתיבה הפתוח בעבודה בזוגות לעידוד שיח בין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מהחלום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בנימין זאב הרצל היה איש שחלם על מדינה יהודית והפך את החלום הזה למפעל ציבורי ענק. בדף זה נתרגל את עיקרי סיפור חייו ואת המושגים החשובים הקשורים אליו.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עסק הרצל לפני שהתחיל לעסוק בציונות?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עיתונאות ומשפטים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 הספר המפורסם שבו הציג הרצל את רעיון המדינה היהודית?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החלום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הייתה המטרה המרכזית של הקונגרס הציוני?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להקים מדינה 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לארגן טיולים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אירוע חשוב גרם להרצל להתעניין יותר בשאלת היהודים?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טביעת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ספורט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שאפשר להגשים את חלום המדינה היהודית בפעולה מאורגנת.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בשנת 1897.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את עצמו כעיתונאי בלבד ולא עסק בפעילות ציבורית.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גם ספר שתיאר כיצד תיראה המדינה היהודית בעתיד.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כתב את הספר __________ שבו הציג את רעיון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שתיאר את עתיד המדינה היהודית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עיסוקו בציונות עבד הרצל כ__________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רצה להגשים את ה__________ שלו על מדינה יהודית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תמונה של עתיד שרוצים להגשים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 שתיאר את עתיד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תנועה שרצתה להקים 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עיר שבה התקיים הקונגרס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שהציג את רעיון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סיפור 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כעיתונאי ונחשף לבעיות שעמן התמודדו 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ארגן את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הציוני המשיך להתפתח גם לאחר מותו של הרצל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 וגדל כילד סקרן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מדינת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אפשר לומר שהרצל הפך חלום למעשה? הסבירו בשתי עד 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ללמוד מהרצל על חשיבות הפעולה מתוך חלום?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בנימין זאב הרצל ומה היה החזון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הספר שבו הציג הרצל את רעיון המדינה היהודית?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היכן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מהחלום למעשה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